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65443" w14:textId="77777777" w:rsidR="001E1E4F" w:rsidRDefault="00651C26">
      <w:pPr>
        <w:pStyle w:val="Title"/>
      </w:pPr>
      <w:r>
        <w:t>Modelformulier voor herroeping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9"/>
        <w:gridCol w:w="4929"/>
      </w:tblGrid>
      <w:tr w:rsidR="001E1E4F" w14:paraId="7A3F8375" w14:textId="77777777">
        <w:tc>
          <w:tcPr>
            <w:tcW w:w="4929" w:type="dxa"/>
            <w:shd w:val="clear" w:color="auto" w:fill="1F5D5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2B4856" w14:textId="77777777" w:rsidR="001E1E4F" w:rsidRDefault="00651C26">
            <w:r>
              <w:rPr>
                <w:b/>
                <w:color w:val="FFFFFF"/>
              </w:rPr>
              <w:t>Onderneming</w:t>
            </w:r>
          </w:p>
        </w:tc>
        <w:tc>
          <w:tcPr>
            <w:tcW w:w="4929" w:type="dxa"/>
            <w:shd w:val="clear" w:color="auto" w:fill="E7F0E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82D559" w14:textId="77777777" w:rsidR="001E1E4F" w:rsidRDefault="00651C26">
            <w:r>
              <w:t>Nordvesta Outdoor Systems B.V.</w:t>
            </w:r>
          </w:p>
        </w:tc>
      </w:tr>
      <w:tr w:rsidR="001E1E4F" w14:paraId="3E8EFC4D" w14:textId="77777777">
        <w:tc>
          <w:tcPr>
            <w:tcW w:w="4929" w:type="dxa"/>
            <w:shd w:val="clear" w:color="auto" w:fill="1F5D5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A30E52" w14:textId="77777777" w:rsidR="001E1E4F" w:rsidRDefault="00651C26">
            <w:r>
              <w:rPr>
                <w:b/>
                <w:color w:val="FFFFFF"/>
              </w:rPr>
              <w:t>Versie</w:t>
            </w:r>
          </w:p>
        </w:tc>
        <w:tc>
          <w:tcPr>
            <w:tcW w:w="4929" w:type="dxa"/>
            <w:shd w:val="clear" w:color="auto" w:fill="E7F0E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695282" w14:textId="77777777" w:rsidR="001E1E4F" w:rsidRDefault="00651C26">
            <w:r>
              <w:t>Versie 1.1 | 15-09-2026</w:t>
            </w:r>
          </w:p>
        </w:tc>
      </w:tr>
    </w:tbl>
    <w:p w14:paraId="0E71DCDC" w14:textId="77777777" w:rsidR="001E1E4F" w:rsidRDefault="001E1E4F"/>
    <w:tbl>
      <w:tblPr>
        <w:tblW w:w="0" w:type="auto"/>
        <w:tblLook w:val="04A0" w:firstRow="1" w:lastRow="0" w:firstColumn="1" w:lastColumn="0" w:noHBand="0" w:noVBand="1"/>
      </w:tblPr>
      <w:tblGrid>
        <w:gridCol w:w="9858"/>
      </w:tblGrid>
      <w:tr w:rsidR="001E1E4F" w14:paraId="4BEFC0D9" w14:textId="77777777">
        <w:tc>
          <w:tcPr>
            <w:tcW w:w="9858" w:type="dxa"/>
            <w:shd w:val="clear" w:color="auto" w:fill="E7F0ED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13290F4" w14:textId="77777777" w:rsidR="001E1E4F" w:rsidRDefault="00651C26">
            <w:r>
              <w:rPr>
                <w:b/>
                <w:color w:val="1F5D50"/>
              </w:rPr>
              <w:t>Alleen invullen en terugzenden als u de overeenkomst wilt herroepen. Gebruik van dit formulier is niet verplicht.</w:t>
            </w:r>
          </w:p>
        </w:tc>
      </w:tr>
    </w:tbl>
    <w:p w14:paraId="47C6275D" w14:textId="77777777" w:rsidR="001E1E4F" w:rsidRDefault="00651C26">
      <w:pPr>
        <w:pStyle w:val="Heading1"/>
      </w:pPr>
      <w:r>
        <w:t>Aan</w:t>
      </w:r>
    </w:p>
    <w:p w14:paraId="17E0EF28" w14:textId="77777777" w:rsidR="001E1E4F" w:rsidRDefault="00651C26">
      <w:r>
        <w:t>Nordvesta Outdoor Systems B.V.</w:t>
      </w:r>
      <w:r>
        <w:br/>
        <w:t>Jacob le Mairestraat 239</w:t>
      </w:r>
      <w:r>
        <w:br/>
        <w:t>7825 XH Emmen</w:t>
      </w:r>
      <w:r>
        <w:br/>
        <w:t>E-mail: info@nordvesta.com</w:t>
      </w:r>
    </w:p>
    <w:p w14:paraId="2B43993D" w14:textId="77777777" w:rsidR="001E1E4F" w:rsidRDefault="00651C26">
      <w:pPr>
        <w:pStyle w:val="Heading1"/>
      </w:pPr>
      <w:r>
        <w:t>Verklaring</w:t>
      </w:r>
    </w:p>
    <w:p w14:paraId="5B5A8C7B" w14:textId="77777777" w:rsidR="001E1E4F" w:rsidRDefault="00651C26">
      <w:r>
        <w:t>Hierbij deel ik / delen wij* u mede dat ik / wij* onze overeenkomst betreffende de verkoop van de volgende goederen herroep / herroepen*: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9"/>
        <w:gridCol w:w="4929"/>
      </w:tblGrid>
      <w:tr w:rsidR="001E1E4F" w14:paraId="6BDAD8F5" w14:textId="77777777">
        <w:tc>
          <w:tcPr>
            <w:tcW w:w="4929" w:type="dxa"/>
            <w:shd w:val="clear" w:color="auto" w:fill="1F5D5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CC23EC" w14:textId="77777777" w:rsidR="001E1E4F" w:rsidRDefault="00651C26">
            <w:r>
              <w:rPr>
                <w:b/>
                <w:color w:val="FFFFFF"/>
              </w:rPr>
              <w:t>Gegeven</w:t>
            </w:r>
          </w:p>
        </w:tc>
        <w:tc>
          <w:tcPr>
            <w:tcW w:w="4929" w:type="dxa"/>
            <w:shd w:val="clear" w:color="auto" w:fill="1F5D5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8AFB63" w14:textId="77777777" w:rsidR="001E1E4F" w:rsidRDefault="00651C26">
            <w:r>
              <w:rPr>
                <w:b/>
                <w:color w:val="FFFFFF"/>
              </w:rPr>
              <w:t>In te vullen</w:t>
            </w:r>
          </w:p>
        </w:tc>
      </w:tr>
      <w:tr w:rsidR="001E1E4F" w14:paraId="3A0E15CF" w14:textId="77777777">
        <w:tc>
          <w:tcPr>
            <w:tcW w:w="4929" w:type="dxa"/>
            <w:shd w:val="clear" w:color="auto" w:fill="E7F0E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C22098" w14:textId="77777777" w:rsidR="001E1E4F" w:rsidRDefault="00651C26">
            <w:r>
              <w:t>Omschrijving goederen</w:t>
            </w:r>
          </w:p>
        </w:tc>
        <w:tc>
          <w:tcPr>
            <w:tcW w:w="49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694F25" w14:textId="77777777" w:rsidR="001E1E4F" w:rsidRDefault="00651C26">
            <w:r>
              <w:t>................................................................................</w:t>
            </w:r>
          </w:p>
        </w:tc>
      </w:tr>
      <w:tr w:rsidR="001E1E4F" w14:paraId="71ED9E50" w14:textId="77777777">
        <w:tc>
          <w:tcPr>
            <w:tcW w:w="4929" w:type="dxa"/>
            <w:shd w:val="clear" w:color="auto" w:fill="E7F0E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677818" w14:textId="77777777" w:rsidR="001E1E4F" w:rsidRDefault="00651C26">
            <w:r>
              <w:t>Order- of offertenummer</w:t>
            </w:r>
          </w:p>
        </w:tc>
        <w:tc>
          <w:tcPr>
            <w:tcW w:w="49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771F04" w14:textId="77777777" w:rsidR="001E1E4F" w:rsidRDefault="00651C26">
            <w:r>
              <w:t>................................................................................</w:t>
            </w:r>
          </w:p>
        </w:tc>
      </w:tr>
      <w:tr w:rsidR="001E1E4F" w14:paraId="6AAEE1EB" w14:textId="77777777">
        <w:tc>
          <w:tcPr>
            <w:tcW w:w="4929" w:type="dxa"/>
            <w:shd w:val="clear" w:color="auto" w:fill="E7F0E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DF564D" w14:textId="77777777" w:rsidR="001E1E4F" w:rsidRDefault="00651C26">
            <w:r>
              <w:t>Besteld op*</w:t>
            </w:r>
          </w:p>
        </w:tc>
        <w:tc>
          <w:tcPr>
            <w:tcW w:w="49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FEAFE5" w14:textId="77777777" w:rsidR="001E1E4F" w:rsidRDefault="00651C26">
            <w:r>
              <w:t>................................................................................</w:t>
            </w:r>
          </w:p>
        </w:tc>
      </w:tr>
      <w:tr w:rsidR="001E1E4F" w14:paraId="1C6F42E2" w14:textId="77777777">
        <w:tc>
          <w:tcPr>
            <w:tcW w:w="4929" w:type="dxa"/>
            <w:shd w:val="clear" w:color="auto" w:fill="E7F0E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1DECA1" w14:textId="77777777" w:rsidR="001E1E4F" w:rsidRDefault="00651C26">
            <w:r>
              <w:t>Ontvangen op*</w:t>
            </w:r>
          </w:p>
        </w:tc>
        <w:tc>
          <w:tcPr>
            <w:tcW w:w="49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0BCAC8" w14:textId="77777777" w:rsidR="001E1E4F" w:rsidRDefault="00651C26">
            <w:r>
              <w:t>................................................................................</w:t>
            </w:r>
          </w:p>
        </w:tc>
      </w:tr>
      <w:tr w:rsidR="001E1E4F" w14:paraId="7745A115" w14:textId="77777777">
        <w:tc>
          <w:tcPr>
            <w:tcW w:w="4929" w:type="dxa"/>
            <w:shd w:val="clear" w:color="auto" w:fill="E7F0E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65A4FA" w14:textId="77777777" w:rsidR="001E1E4F" w:rsidRDefault="00651C26">
            <w:r>
              <w:t>Naam/Namen consument(en)</w:t>
            </w:r>
          </w:p>
        </w:tc>
        <w:tc>
          <w:tcPr>
            <w:tcW w:w="49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76F299" w14:textId="77777777" w:rsidR="001E1E4F" w:rsidRDefault="00651C26">
            <w:r>
              <w:t>................................................................................</w:t>
            </w:r>
          </w:p>
        </w:tc>
      </w:tr>
      <w:tr w:rsidR="001E1E4F" w14:paraId="1A2DC682" w14:textId="77777777">
        <w:tc>
          <w:tcPr>
            <w:tcW w:w="4929" w:type="dxa"/>
            <w:shd w:val="clear" w:color="auto" w:fill="E7F0E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41AA19" w14:textId="77777777" w:rsidR="001E1E4F" w:rsidRDefault="00651C26">
            <w:r>
              <w:t>Adres consument(en)</w:t>
            </w:r>
          </w:p>
        </w:tc>
        <w:tc>
          <w:tcPr>
            <w:tcW w:w="49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276A83" w14:textId="77777777" w:rsidR="001E1E4F" w:rsidRDefault="00651C26">
            <w:r>
              <w:t>................................................................................</w:t>
            </w:r>
          </w:p>
        </w:tc>
      </w:tr>
      <w:tr w:rsidR="001E1E4F" w14:paraId="62ABF26A" w14:textId="77777777">
        <w:tc>
          <w:tcPr>
            <w:tcW w:w="4929" w:type="dxa"/>
            <w:shd w:val="clear" w:color="auto" w:fill="E7F0E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25356E" w14:textId="77777777" w:rsidR="001E1E4F" w:rsidRDefault="00651C26">
            <w:r>
              <w:t>E-mailadres of telefoonnummer</w:t>
            </w:r>
          </w:p>
        </w:tc>
        <w:tc>
          <w:tcPr>
            <w:tcW w:w="49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7FA363" w14:textId="77777777" w:rsidR="001E1E4F" w:rsidRDefault="00651C26">
            <w:r>
              <w:t>................................................................................</w:t>
            </w:r>
          </w:p>
        </w:tc>
      </w:tr>
      <w:tr w:rsidR="001E1E4F" w14:paraId="72D83D0D" w14:textId="77777777">
        <w:tc>
          <w:tcPr>
            <w:tcW w:w="4929" w:type="dxa"/>
            <w:shd w:val="clear" w:color="auto" w:fill="E7F0E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7FCA76" w14:textId="77777777" w:rsidR="001E1E4F" w:rsidRDefault="00651C26">
            <w:r>
              <w:t>Datum</w:t>
            </w:r>
          </w:p>
        </w:tc>
        <w:tc>
          <w:tcPr>
            <w:tcW w:w="49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6F7AB" w14:textId="77777777" w:rsidR="001E1E4F" w:rsidRDefault="00651C26">
            <w:r>
              <w:t>................................................................................</w:t>
            </w:r>
          </w:p>
        </w:tc>
      </w:tr>
      <w:tr w:rsidR="001E1E4F" w14:paraId="10C00A20" w14:textId="77777777">
        <w:tc>
          <w:tcPr>
            <w:tcW w:w="4929" w:type="dxa"/>
            <w:shd w:val="clear" w:color="auto" w:fill="E7F0E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AB0512" w14:textId="77777777" w:rsidR="001E1E4F" w:rsidRDefault="00651C26">
            <w:r>
              <w:t>Handtekening consument(en)</w:t>
            </w:r>
          </w:p>
        </w:tc>
        <w:tc>
          <w:tcPr>
            <w:tcW w:w="49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EE6C5C" w14:textId="77777777" w:rsidR="001E1E4F" w:rsidRDefault="00651C26">
            <w:r>
              <w:rPr>
                <w:i/>
              </w:rPr>
              <w:t>Alleen op papier.</w:t>
            </w:r>
            <w:r>
              <w:rPr>
                <w:i/>
              </w:rPr>
              <w:br/>
            </w:r>
            <w:r>
              <w:t>................................................................................</w:t>
            </w:r>
          </w:p>
        </w:tc>
      </w:tr>
    </w:tbl>
    <w:p w14:paraId="3251151D" w14:textId="77777777" w:rsidR="001E1E4F" w:rsidRDefault="00651C26">
      <w:r>
        <w:t>* Doorhalen wat niet van toepassing is.</w:t>
      </w:r>
    </w:p>
    <w:p w14:paraId="6BA3C8CF" w14:textId="77777777" w:rsidR="001E1E4F" w:rsidRDefault="00651C26">
      <w:r>
        <w:t>Retouradres voor Producten: Jacob le Mairestraat 239, 7825 XH Emmen. Neem vóór terugzending contact op via info@nordvesta.com voor retourinstructies en afstemming van ontvangst en lossing.</w:t>
      </w:r>
    </w:p>
    <w:sectPr w:rsidR="001E1E4F" w:rsidSect="00034616">
      <w:headerReference w:type="default" r:id="rId8"/>
      <w:footerReference w:type="default" r:id="rId9"/>
      <w:pgSz w:w="12240" w:h="15840"/>
      <w:pgMar w:top="680" w:right="1191" w:bottom="68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855B0" w14:textId="77777777" w:rsidR="00651C26" w:rsidRDefault="00651C26">
      <w:pPr>
        <w:spacing w:after="0" w:line="240" w:lineRule="auto"/>
      </w:pPr>
      <w:r>
        <w:separator/>
      </w:r>
    </w:p>
  </w:endnote>
  <w:endnote w:type="continuationSeparator" w:id="0">
    <w:p w14:paraId="485B12CE" w14:textId="77777777" w:rsidR="00651C26" w:rsidRDefault="00651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79CCF" w14:textId="77777777" w:rsidR="001E1E4F" w:rsidRDefault="00651C26">
    <w:pPr>
      <w:pStyle w:val="Footer"/>
      <w:jc w:val="center"/>
    </w:pPr>
    <w:proofErr w:type="spellStart"/>
    <w:r>
      <w:rPr>
        <w:color w:val="6B7471"/>
        <w:sz w:val="16"/>
      </w:rPr>
      <w:t>Modelformulier</w:t>
    </w:r>
    <w:proofErr w:type="spellEnd"/>
    <w:r>
      <w:rPr>
        <w:color w:val="6B7471"/>
        <w:sz w:val="16"/>
      </w:rPr>
      <w:t xml:space="preserve"> </w:t>
    </w:r>
    <w:proofErr w:type="spellStart"/>
    <w:r>
      <w:rPr>
        <w:color w:val="6B7471"/>
        <w:sz w:val="16"/>
      </w:rPr>
      <w:t>voor</w:t>
    </w:r>
    <w:proofErr w:type="spellEnd"/>
    <w:r>
      <w:rPr>
        <w:color w:val="6B7471"/>
        <w:sz w:val="16"/>
      </w:rPr>
      <w:t xml:space="preserve"> </w:t>
    </w:r>
    <w:proofErr w:type="spellStart"/>
    <w:r>
      <w:rPr>
        <w:color w:val="6B7471"/>
        <w:sz w:val="16"/>
      </w:rPr>
      <w:t>herroeping</w:t>
    </w:r>
    <w:proofErr w:type="spellEnd"/>
    <w:r>
      <w:rPr>
        <w:color w:val="6B7471"/>
        <w:sz w:val="16"/>
      </w:rPr>
      <w:t xml:space="preserve"> | Versie 1.1 | 15-09-2026 | </w:t>
    </w:r>
    <w:r>
      <w:fldChar w:fldCharType="begin"/>
    </w:r>
    <w:r>
      <w:instrText>PAGE</w:instrText>
    </w:r>
    <w:r>
      <w:fldChar w:fldCharType="separate"/>
    </w:r>
    <w:r w:rsidR="0075176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F2467" w14:textId="77777777" w:rsidR="00651C26" w:rsidRDefault="00651C26">
      <w:pPr>
        <w:spacing w:after="0" w:line="240" w:lineRule="auto"/>
      </w:pPr>
      <w:r>
        <w:separator/>
      </w:r>
    </w:p>
  </w:footnote>
  <w:footnote w:type="continuationSeparator" w:id="0">
    <w:p w14:paraId="52F816E8" w14:textId="77777777" w:rsidR="00651C26" w:rsidRDefault="00651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3466B" w14:textId="77777777" w:rsidR="001E1E4F" w:rsidRDefault="00651C26">
    <w:pPr>
      <w:pStyle w:val="Header"/>
      <w:jc w:val="right"/>
    </w:pPr>
    <w:r>
      <w:rPr>
        <w:b/>
        <w:color w:val="1F5D50"/>
        <w:sz w:val="16"/>
      </w:rPr>
      <w:t>NORDVESTA  |  OUTDOOR SYSTEMS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7439545">
    <w:abstractNumId w:val="8"/>
  </w:num>
  <w:num w:numId="2" w16cid:durableId="296839095">
    <w:abstractNumId w:val="6"/>
  </w:num>
  <w:num w:numId="3" w16cid:durableId="1581528119">
    <w:abstractNumId w:val="5"/>
  </w:num>
  <w:num w:numId="4" w16cid:durableId="758723215">
    <w:abstractNumId w:val="4"/>
  </w:num>
  <w:num w:numId="5" w16cid:durableId="422184802">
    <w:abstractNumId w:val="7"/>
  </w:num>
  <w:num w:numId="6" w16cid:durableId="1962952802">
    <w:abstractNumId w:val="3"/>
  </w:num>
  <w:num w:numId="7" w16cid:durableId="606544269">
    <w:abstractNumId w:val="2"/>
  </w:num>
  <w:num w:numId="8" w16cid:durableId="1918854596">
    <w:abstractNumId w:val="1"/>
  </w:num>
  <w:num w:numId="9" w16cid:durableId="58599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1E4F"/>
    <w:rsid w:val="0029639D"/>
    <w:rsid w:val="00326F90"/>
    <w:rsid w:val="00376666"/>
    <w:rsid w:val="00651C26"/>
    <w:rsid w:val="0075176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16AF03"/>
  <w14:defaultImageDpi w14:val="300"/>
  <w15:docId w15:val="{80CA2036-0F60-4537-B3A7-3913E56CD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ptos" w:hAnsi="Aptos"/>
      <w:color w:val="26332F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1F5D5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F5D5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before="180" w:after="80" w:line="240" w:lineRule="auto"/>
      <w:contextualSpacing/>
    </w:pPr>
    <w:rPr>
      <w:rFonts w:asciiTheme="majorHAnsi" w:eastAsiaTheme="majorEastAsia" w:hAnsiTheme="majorHAnsi" w:cstheme="majorBidi"/>
      <w:b/>
      <w:color w:val="1F5D5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Nordvesta Outdoor Systems B.V.</dc:creator>
  <cp:keywords/>
  <dc:description/>
  <cp:lastModifiedBy>Nordvesta Outdoor Systems B.V.</cp:lastModifiedBy>
  <cp:revision>2</cp:revision>
  <dcterms:created xsi:type="dcterms:W3CDTF">2026-09-15T19:52:00Z</dcterms:created>
  <dcterms:modified xsi:type="dcterms:W3CDTF">2026-09-15T19:52:00Z</dcterms:modified>
  <cp:category/>
</cp:coreProperties>
</file>